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Hoofdstuk 1 Inleiding</w:t>
      </w:r>
    </w:p>
    <w:p>
      <w:r>
        <w:t>Bijlage met instructies voor de opzet en uitwerking van dit hoofdstuk. Gebruik deze samen met de vaste scriptieprompt en het eigen onderzoeksmateriaal.</w:t>
      </w:r>
    </w:p>
    <w:p>
      <w:r>
        <w:t>Gebruik deze structuur bij een praktijkgericht onderzoek met een organisatiecontext. Stem de indeling en eventuele variabelen af op de gekozen onderzoeksaanpak. Een voorbeeldformulering met invulplaatsen is geen toestemming om ontbrekende gegevens te verzinnen.</w:t>
      </w:r>
    </w:p>
    <w:p>
      <w:pPr>
        <w:pStyle w:val="Heading1"/>
      </w:pPr>
      <w:r>
        <w:t>1.1 Aanleiding</w:t>
      </w:r>
    </w:p>
    <w:p>
      <w:pPr>
        <w:pStyle w:val="ListBullet"/>
      </w:pPr>
      <w:r>
        <w:t>Open met een pakkende eerste zin die het onderwerp introduceert.</w:t>
      </w:r>
    </w:p>
    <w:p>
      <w:pPr>
        <w:pStyle w:val="ListBullet"/>
      </w:pPr>
      <w:r>
        <w:t>De aanleiding wordt in trechtervorm geschreven: we beginnen op macroniveau, dan naar mesoniveau en uiteindelijk microniveau. Bij het microniveau gaan we in op de probleemstelling/vraagstelling van de stageorganisatie.</w:t>
      </w:r>
    </w:p>
    <w:p>
      <w:pPr>
        <w:pStyle w:val="Heading2"/>
      </w:pPr>
      <w:r>
        <w:t>Macroniveau (2-3 alinea's)</w:t>
      </w:r>
    </w:p>
    <w:p>
      <w:pPr>
        <w:pStyle w:val="ListBullet"/>
      </w:pPr>
      <w:r>
        <w:t>Beschrijf 2-3 relevante maatschappelijke trends of ontwikkelingen.</w:t>
      </w:r>
    </w:p>
    <w:p>
      <w:pPr>
        <w:pStyle w:val="ListBullet"/>
      </w:pPr>
      <w:r>
        <w:t>Gebruik minimaal 3 recente bronnen (niet ouder dan 5 jaar), correct geciteerd in APA-stijl.</w:t>
      </w:r>
    </w:p>
    <w:p>
      <w:pPr>
        <w:pStyle w:val="ListBullet"/>
      </w:pPr>
      <w:r>
        <w:t>Leg expliciet uit hoe deze trends relevant zijn voor het onderzoeksonderwerp.</w:t>
      </w:r>
    </w:p>
    <w:p>
      <w:pPr>
        <w:pStyle w:val="Heading2"/>
      </w:pPr>
      <w:r>
        <w:t>Mesoniveau (2-3 alinea's)</w:t>
      </w:r>
    </w:p>
    <w:p>
      <w:pPr>
        <w:pStyle w:val="ListBullet"/>
      </w:pPr>
      <w:r>
        <w:t>Beschrijf specifieke ontwikkelingen in de branche van de stageorganisatie.</w:t>
      </w:r>
    </w:p>
    <w:p>
      <w:pPr>
        <w:pStyle w:val="ListBullet"/>
      </w:pPr>
      <w:r>
        <w:t>Gebruik minimaal 2 branchespecifieke bronnen (rapporten, vakbladen).</w:t>
      </w:r>
    </w:p>
    <w:p>
      <w:pPr>
        <w:pStyle w:val="ListBullet"/>
      </w:pPr>
      <w:r>
        <w:t>Leg de link tussen brancheontwikkelingen en de eerder beschreven maatschappelijke trends.</w:t>
      </w:r>
    </w:p>
    <w:p>
      <w:pPr>
        <w:pStyle w:val="Heading2"/>
      </w:pPr>
      <w:r>
        <w:t>Microniveau (2-3 alinea's)</w:t>
      </w:r>
    </w:p>
    <w:p>
      <w:pPr>
        <w:pStyle w:val="ListBullet"/>
      </w:pPr>
      <w:r>
        <w:t>Introduceer de stageorganisatie kort (naam, core business, omvang).</w:t>
      </w:r>
    </w:p>
    <w:p>
      <w:pPr>
        <w:pStyle w:val="ListBullet"/>
      </w:pPr>
      <w:r>
        <w:t>Beschrijf hoe de genoemde trends en ontwikkelingen de organisatie beïnvloeden.</w:t>
      </w:r>
    </w:p>
    <w:p>
      <w:pPr>
        <w:pStyle w:val="ListBullet"/>
      </w:pPr>
      <w:r>
        <w:t>Gebruik indien mogelijk interne bronnen (jaarverslagen, beleidsstukken).</w:t>
      </w:r>
    </w:p>
    <w:p>
      <w:pPr>
        <w:pStyle w:val="ListBullet"/>
      </w:pPr>
      <w:r>
        <w:t>Sluit af met de concrete aanleiding: de vraag of uitdaging van de stageorganisatie.</w:t>
      </w:r>
    </w:p>
    <w:p>
      <w:pPr>
        <w:pStyle w:val="Heading1"/>
      </w:pPr>
      <w:r>
        <w:t>1.2 Onderzoekscontext</w:t>
      </w:r>
    </w:p>
    <w:p>
      <w:pPr>
        <w:pStyle w:val="ListBullet"/>
      </w:pPr>
      <w:r>
        <w:t>Vraag de student om de relevante organisatie-informatie voordat je deze paragraaf schrijft. Gebruik alleen ontvangen of geverifieerde informatie en verzin geen organisatiegegevens.</w:t>
      </w:r>
    </w:p>
    <w:p>
      <w:pPr>
        <w:pStyle w:val="ListBullet"/>
      </w:pPr>
      <w:r>
        <w:t>Begin met een korte introductie van de organisatie (2-3 zinnen).</w:t>
      </w:r>
    </w:p>
    <w:p>
      <w:pPr>
        <w:pStyle w:val="Heading2"/>
      </w:pPr>
      <w:r>
        <w:t>Achtergrond (1-2 alinea's)</w:t>
      </w:r>
    </w:p>
    <w:p>
      <w:pPr>
        <w:pStyle w:val="ListBullet"/>
      </w:pPr>
      <w:r>
        <w:t>Beschrijf beknopt de geschiedenis van de organisatie.</w:t>
      </w:r>
    </w:p>
    <w:p>
      <w:pPr>
        <w:pStyle w:val="ListBullet"/>
      </w:pPr>
      <w:r>
        <w:t>Noem belangrijke mijlpalen of ontwikkelingen.</w:t>
      </w:r>
    </w:p>
    <w:p>
      <w:pPr>
        <w:pStyle w:val="ListBullet"/>
      </w:pPr>
      <w:r>
        <w:t>Gebruik indien mogelijk interne bronnen (jaarverslagen, bedrijfswebsite).</w:t>
      </w:r>
    </w:p>
    <w:p>
      <w:pPr>
        <w:pStyle w:val="Heading2"/>
      </w:pPr>
      <w:r>
        <w:t>Kernactiviteiten (1 alinea)</w:t>
      </w:r>
    </w:p>
    <w:p>
      <w:pPr>
        <w:pStyle w:val="ListBullet"/>
      </w:pPr>
      <w:r>
        <w:t>Beschrijf de core business van de organisatie.</w:t>
      </w:r>
    </w:p>
    <w:p>
      <w:pPr>
        <w:pStyle w:val="ListBullet"/>
      </w:pPr>
      <w:r>
        <w:t>Leg uit welke producten of diensten worden aangeboden.</w:t>
      </w:r>
    </w:p>
    <w:p>
      <w:pPr>
        <w:pStyle w:val="ListBullet"/>
      </w:pPr>
      <w:r>
        <w:t>Benoem de belangrijkste doelgroepen of klanten.</w:t>
      </w:r>
    </w:p>
    <w:p>
      <w:pPr>
        <w:pStyle w:val="Heading2"/>
      </w:pPr>
      <w:r>
        <w:t>Missie en visie (1 alinea)</w:t>
      </w:r>
    </w:p>
    <w:p>
      <w:pPr>
        <w:pStyle w:val="ListBullet"/>
      </w:pPr>
      <w:r>
        <w:t>Citeer de missie van de organisatie letterlijk als de oorspronkelijke tekst beschikbaar is. Vraag er anders om; verzin geen missie of citaat.</w:t>
      </w:r>
    </w:p>
    <w:p>
      <w:pPr>
        <w:pStyle w:val="ListBullet"/>
      </w:pPr>
      <w:r>
        <w:t>Beschrijf de visie en langetermijndoelstellingen.</w:t>
      </w:r>
    </w:p>
    <w:p>
      <w:pPr>
        <w:pStyle w:val="ListBullet"/>
      </w:pPr>
      <w:r>
        <w:t>Leg uit hoe deze relevant zijn voor het onderzoeksonderwerp.</w:t>
      </w:r>
    </w:p>
    <w:p>
      <w:pPr>
        <w:pStyle w:val="Heading2"/>
      </w:pPr>
      <w:r>
        <w:t>Relevante bedrijfsgegevens (1-2 alinea's)</w:t>
      </w:r>
    </w:p>
    <w:p>
      <w:pPr>
        <w:pStyle w:val="ListBullet"/>
      </w:pPr>
      <w:r>
        <w:t>Noem cijfers die relevant zijn voor het onderzoek (bijv. omzet, marktaandeel, personeelsbestand, vestigingen).</w:t>
      </w:r>
    </w:p>
    <w:p>
      <w:pPr>
        <w:pStyle w:val="ListBullet"/>
      </w:pPr>
      <w:r>
        <w:t>Beschrijf recente ontwikkelingen binnen de organisatie die invloed hebben op het onderzoek.</w:t>
      </w:r>
    </w:p>
    <w:p>
      <w:pPr>
        <w:pStyle w:val="ListBullet"/>
      </w:pPr>
      <w:r>
        <w:t>Gebruik waar mogelijk actuele interne bronnen.</w:t>
      </w:r>
    </w:p>
    <w:p>
      <w:pPr>
        <w:pStyle w:val="ListBullet"/>
      </w:pPr>
      <w:r>
        <w:t>Sluit af met een alinea die de link legt tussen de organisatiecontext en het onderzoeksonderwerp.</w:t>
      </w:r>
    </w:p>
    <w:p>
      <w:pPr>
        <w:pStyle w:val="Heading1"/>
      </w:pPr>
      <w:r>
        <w:t>1.3 Doelstelling van het onderzoek</w:t>
      </w:r>
    </w:p>
    <w:p>
      <w:pPr>
        <w:pStyle w:val="ListBullet"/>
      </w:pPr>
      <w:r>
        <w:t>Begin met een korte introductie over het belang van een heldere doelstelling.</w:t>
      </w:r>
    </w:p>
    <w:p>
      <w:pPr>
        <w:pStyle w:val="Heading2"/>
      </w:pPr>
      <w:r>
        <w:t>A-gedeelte (1 alinea)</w:t>
      </w:r>
    </w:p>
    <w:p>
      <w:pPr>
        <w:pStyle w:val="ListBullet"/>
      </w:pPr>
      <w:r>
        <w:t>Start met: "Het doel van het onderzoek is aanbevelingen te doen aan [functie/naam] van [organisatie] voor het verbeteren/ontwikkelen van het beleid met betrekking tot [onderwerp]."</w:t>
      </w:r>
    </w:p>
    <w:p>
      <w:pPr>
        <w:pStyle w:val="ListBullet"/>
      </w:pPr>
      <w:r>
        <w:t>Specificeer het type aanbevelingen (bijv. korte termijn, lange termijn, operationeel, strategisch).</w:t>
      </w:r>
    </w:p>
    <w:p>
      <w:pPr>
        <w:pStyle w:val="ListBullet"/>
      </w:pPr>
      <w:r>
        <w:t>Leg expliciet de link met het praktijkvraagstuk uit 1.2.</w:t>
      </w:r>
    </w:p>
    <w:p>
      <w:pPr>
        <w:pStyle w:val="Heading2"/>
      </w:pPr>
      <w:r>
        <w:t>B-gedeelte (1 alinea)</w:t>
      </w:r>
    </w:p>
    <w:p>
      <w:pPr>
        <w:pStyle w:val="ListBullet"/>
      </w:pPr>
      <w:r>
        <w:t>Begin met: "Deze bijdrage wordt geleverd door..."</w:t>
      </w:r>
    </w:p>
    <w:p>
      <w:pPr>
        <w:pStyle w:val="ListBullet"/>
      </w:pPr>
      <w:r>
        <w:t>Noem het type onderzoek (bijv. "een kwalitatief onderzoek in de vorm van een gap analysis").</w:t>
      </w:r>
    </w:p>
    <w:p>
      <w:pPr>
        <w:pStyle w:val="ListBullet"/>
      </w:pPr>
      <w:r>
        <w:t>Beschrijf concreet wat je gaat onderzoeken, bijvoorbeeld: "...door een analyse te maken van het verschil tussen de gewenste en de feitelijke situatie met betrekking tot [kernbegrip 1] en [kernbegrip 2] bij [doelgroep] van [organisatie]."</w:t>
      </w:r>
    </w:p>
    <w:p>
      <w:pPr>
        <w:pStyle w:val="ListBullet"/>
      </w:pPr>
      <w:r>
        <w:t>Sluit af met een zin over hoe deze doelstelling bijdraagt aan de oplossing van het probleem.</w:t>
      </w:r>
    </w:p>
    <w:p>
      <w:pPr>
        <w:pStyle w:val="Heading1"/>
      </w:pPr>
      <w:r>
        <w:t>1.4 Globaal Conceptueel Model</w:t>
      </w:r>
    </w:p>
    <w:p>
      <w:pPr>
        <w:pStyle w:val="ListBullet"/>
      </w:pPr>
      <w:r>
        <w:t>Begin met een korte uitleg over wat een conceptueel model is en waarom het belangrijk is voor je onderzoek.</w:t>
      </w:r>
    </w:p>
    <w:p>
      <w:pPr>
        <w:pStyle w:val="ListBullet"/>
      </w:pPr>
      <w:r>
        <w:t>Introduceer het gebruik van een tabel voor het overzichtelijk weergeven van de variabelen (1 alinea).</w:t>
      </w:r>
    </w:p>
    <w:p>
      <w:pPr>
        <w:pStyle w:val="Heading2"/>
      </w:pPr>
      <w:r>
        <w:t>Neem een duidelijke tabel op met de volgende elementen</w:t>
      </w:r>
    </w:p>
    <w:p>
      <w:pPr>
        <w:pStyle w:val="ListBullet"/>
      </w:pPr>
      <w:r>
        <w:t>Afhankelijke variabele(n)</w:t>
      </w:r>
    </w:p>
    <w:p>
      <w:pPr>
        <w:pStyle w:val="ListBullet"/>
      </w:pPr>
      <w:r>
        <w:t>Onafhankelijke variabele(n)</w:t>
      </w:r>
    </w:p>
    <w:p>
      <w:pPr>
        <w:pStyle w:val="ListBullet"/>
      </w:pPr>
      <w:r>
        <w:t>Eventuele controlevariabelen</w:t>
      </w:r>
    </w:p>
    <w:p>
      <w:pPr>
        <w:pStyle w:val="ListBullet"/>
      </w:pPr>
      <w:r>
        <w:t>Eventuele mediërende variabelen</w:t>
      </w:r>
    </w:p>
    <w:p>
      <w:pPr>
        <w:pStyle w:val="ListBullet"/>
      </w:pPr>
      <w:r>
        <w:t>Eventuele modererende variabelen</w:t>
      </w:r>
    </w:p>
    <w:p>
      <w:pPr>
        <w:pStyle w:val="Heading2"/>
      </w:pPr>
      <w:r>
        <w:t>Toelichting op het model (2-3 alinea's)</w:t>
      </w:r>
    </w:p>
    <w:p>
      <w:pPr>
        <w:pStyle w:val="ListBullet"/>
      </w:pPr>
      <w:r>
        <w:t>Beschrijf de afhankelijke variabele(n) en leg uit waarom deze centraal staat in je onderzoek.</w:t>
      </w:r>
    </w:p>
    <w:p>
      <w:pPr>
        <w:pStyle w:val="ListBullet"/>
      </w:pPr>
      <w:r>
        <w:t>Licht de onafhankelijke variabele(n) toe en verklaar hun veronderstelde invloed op de afhankelijke variabele(n).</w:t>
      </w:r>
    </w:p>
    <w:p>
      <w:pPr>
        <w:pStyle w:val="ListBullet"/>
      </w:pPr>
      <w:r>
        <w:t>Indien van toepassing, leg uit waarom je bepaalde controlevariabelen hebt opgenomen.</w:t>
      </w:r>
    </w:p>
    <w:p>
      <w:pPr>
        <w:pStyle w:val="ListBullet"/>
      </w:pPr>
      <w:r>
        <w:t>Als er mediërende variabelen zijn, beschrijf hun rol in het verklaren van de relatie tussen onafhankelijke en afhankelijke variabelen.</w:t>
      </w:r>
    </w:p>
    <w:p>
      <w:pPr>
        <w:pStyle w:val="ListBullet"/>
      </w:pPr>
      <w:r>
        <w:t>Bij modererende variabelen, leg uit hoe deze de relatie tussen andere variabelen kunnen beïnvloeden.</w:t>
      </w:r>
    </w:p>
    <w:p>
      <w:pPr>
        <w:pStyle w:val="Heading2"/>
      </w:pPr>
      <w:r>
        <w:t>Visuele weergave (1 alinea)</w:t>
      </w:r>
    </w:p>
    <w:p>
      <w:pPr>
        <w:pStyle w:val="ListBullet"/>
      </w:pPr>
      <w:r>
        <w:t>Neem een schematische tekening op van je conceptueel model.</w:t>
      </w:r>
    </w:p>
    <w:p>
      <w:pPr>
        <w:pStyle w:val="ListBullet"/>
      </w:pPr>
      <w:r>
        <w:t>Gebruik pijlen om de veronderstelde relaties tussen variabelen aan te geven.</w:t>
      </w:r>
    </w:p>
    <w:p>
      <w:pPr>
        <w:pStyle w:val="ListBullet"/>
      </w:pPr>
      <w:r>
        <w:t>Zorg voor een duidelijke en overzichtelijke lay-out.</w:t>
      </w:r>
    </w:p>
    <w:p>
      <w:pPr>
        <w:pStyle w:val="Heading1"/>
      </w:pPr>
      <w:r>
        <w:t>1.5 Onderzoeksmodel</w:t>
      </w:r>
    </w:p>
    <w:p>
      <w:pPr>
        <w:pStyle w:val="ListBullet"/>
      </w:pPr>
      <w:r>
        <w:t>Begin met een korte uitleg over wat een onderzoeksmodel is en waarom het belangrijk is.</w:t>
      </w:r>
    </w:p>
    <w:p>
      <w:pPr>
        <w:pStyle w:val="ListBullet"/>
      </w:pPr>
      <w:r>
        <w:t>Neem een duidelijke visuele weergave van je onderzoeksmodel op (figuur).</w:t>
      </w:r>
    </w:p>
    <w:p>
      <w:pPr>
        <w:pStyle w:val="Heading2"/>
      </w:pPr>
      <w:r>
        <w:t>Toelichting op het model (2-3 alinea's)</w:t>
      </w:r>
    </w:p>
    <w:p>
      <w:pPr>
        <w:pStyle w:val="ListBullet"/>
      </w:pPr>
      <w:r>
        <w:t>Beschrijf stap voor stap wat elke fase in het model inhoudt.</w:t>
      </w:r>
    </w:p>
    <w:p>
      <w:pPr>
        <w:pStyle w:val="ListBullet"/>
      </w:pPr>
      <w:r>
        <w:t>Leg uit hoe de fasen met elkaar samenhangen (gebruik woorden als "vervolgens", "daarna", "ten slotte").</w:t>
      </w:r>
    </w:p>
    <w:p>
      <w:pPr>
        <w:pStyle w:val="ListBullet"/>
      </w:pPr>
      <w:r>
        <w:t>Verklaar hoe elke stap bijdraagt aan het bereiken van je doelstelling.</w:t>
      </w:r>
    </w:p>
    <w:p>
      <w:pPr>
        <w:pStyle w:val="ListBullet"/>
      </w:pPr>
      <w:r>
        <w:t>Benoem expliciet welke methoden je in elke fase gaat gebruiken (bijv. literatuurstudie, interviews, documentanalyse).</w:t>
      </w:r>
    </w:p>
    <w:p>
      <w:pPr>
        <w:pStyle w:val="ListBullet"/>
      </w:pPr>
      <w:r>
        <w:t>Sluit af met een zin die de link legt naar de vraagstelling.</w:t>
      </w:r>
    </w:p>
    <w:p>
      <w:pPr>
        <w:pStyle w:val="Heading1"/>
      </w:pPr>
      <w:r>
        <w:t>1.6 Vraagstelling van het onderzoek</w:t>
      </w:r>
    </w:p>
    <w:p>
      <w:pPr>
        <w:pStyle w:val="ListBullet"/>
      </w:pPr>
      <w:r>
        <w:t>Begin met een korte uitleg over het belang van een goede vraagstelling.</w:t>
      </w:r>
    </w:p>
    <w:p>
      <w:pPr>
        <w:pStyle w:val="Heading2"/>
      </w:pPr>
      <w:r>
        <w:t>Centrale onderzoeksvraag</w:t>
      </w:r>
    </w:p>
    <w:p>
      <w:pPr>
        <w:pStyle w:val="ListBullet"/>
      </w:pPr>
      <w:r>
        <w:t>Formuleer deze letterlijk en in vraagvorm.</w:t>
      </w:r>
    </w:p>
    <w:p>
      <w:pPr>
        <w:pStyle w:val="ListBullet"/>
      </w:pPr>
      <w:r>
        <w:t>Zorg dat alle kernbegrippen erin voorkomen.</w:t>
      </w:r>
    </w:p>
    <w:p>
      <w:pPr>
        <w:pStyle w:val="Heading2"/>
      </w:pPr>
      <w:r>
        <w:t>Deelvragen</w:t>
      </w:r>
    </w:p>
    <w:p>
      <w:pPr>
        <w:pStyle w:val="Heading2"/>
      </w:pPr>
      <w:r>
        <w:t>De deelvragen zullen we altijd opsplitsen in 3 verschillende soorten vragen</w:t>
      </w:r>
    </w:p>
    <w:p>
      <w:pPr>
        <w:pStyle w:val="Heading2"/>
      </w:pPr>
      <w:r>
        <w:t>1. Theoretische vraagstelling</w:t>
      </w:r>
    </w:p>
    <w:p>
      <w:pPr>
        <w:pStyle w:val="ListBullet"/>
      </w:pPr>
      <w:r>
        <w:t>Begin met: "Wat is er vanuit de theorie bekend over..."</w:t>
      </w:r>
    </w:p>
    <w:p>
      <w:pPr>
        <w:pStyle w:val="ListBullet"/>
      </w:pPr>
      <w:r>
        <w:t>Noem expliciet de kernbegrippen en hun relatie.</w:t>
      </w:r>
    </w:p>
    <w:p>
      <w:pPr>
        <w:pStyle w:val="Heading2"/>
      </w:pPr>
      <w:r>
        <w:t>2. Empirische vraagstelling</w:t>
      </w:r>
    </w:p>
    <w:p>
      <w:pPr>
        <w:pStyle w:val="ListBullet"/>
      </w:pPr>
      <w:r>
        <w:t>Bij een gap analysis: "Wat is de feitelijke situatie met betrekking tot..."</w:t>
      </w:r>
    </w:p>
    <w:p>
      <w:pPr>
        <w:pStyle w:val="ListBullet"/>
      </w:pPr>
      <w:r>
        <w:t>Bij een meningenonderzoek: "Wat is de mening van [doelgroep] over..."</w:t>
      </w:r>
    </w:p>
    <w:p>
      <w:pPr>
        <w:pStyle w:val="Heading2"/>
      </w:pPr>
      <w:r>
        <w:t>3. Analytische vraagstelling</w:t>
      </w:r>
    </w:p>
    <w:p>
      <w:pPr>
        <w:pStyle w:val="ListBullet"/>
      </w:pPr>
      <w:r>
        <w:t>Formuleer in de vorm van "wat zijn de verschillen en overeenkomsten tussen de theoretische en de empirische situatie".</w:t>
      </w:r>
    </w:p>
    <w:p>
      <w:pPr>
        <w:pStyle w:val="ListBullet"/>
      </w:pPr>
      <w:r>
        <w:t>Leg uit hoe de beantwoording van deze vragen leidt tot het bereiken van je doelstelling.</w:t>
      </w:r>
    </w:p>
    <w:p>
      <w:pPr>
        <w:pStyle w:val="Heading1"/>
      </w:pPr>
      <w:r>
        <w:t>1.7 Opbouw van het onderzoeksrapport</w:t>
      </w:r>
    </w:p>
    <w:p>
      <w:pPr>
        <w:pStyle w:val="ListBullet"/>
      </w:pPr>
      <w:r>
        <w:t>Begin met een korte introductie over het belang van een duidelijke structuur.</w:t>
      </w:r>
    </w:p>
    <w:p>
      <w:pPr>
        <w:pStyle w:val="Heading2"/>
      </w:pPr>
      <w:r>
        <w:t>Hoofdstukoverzicht (telkens 2-3 zinnen)</w:t>
      </w:r>
    </w:p>
    <w:p>
      <w:pPr>
        <w:pStyle w:val="ListBullet"/>
      </w:pPr>
      <w:r>
        <w:t>Hoofdstuk 2: Theoretisch kader.</w:t>
      </w:r>
    </w:p>
    <w:p>
      <w:pPr>
        <w:pStyle w:val="ListBullet"/>
      </w:pPr>
      <w:r>
        <w:t>Hoofdstuk 3: Methodologische verantwoording.</w:t>
      </w:r>
    </w:p>
    <w:p>
      <w:pPr>
        <w:pStyle w:val="ListBullet"/>
      </w:pPr>
      <w:r>
        <w:t>Hoofdstuk 4: Onderzoeksresultaten.</w:t>
      </w:r>
    </w:p>
    <w:p>
      <w:pPr>
        <w:pStyle w:val="ListBullet"/>
      </w:pPr>
      <w:r>
        <w:t>Hoofdstuk 5: Conclusie.</w:t>
      </w:r>
    </w:p>
    <w:p>
      <w:pPr>
        <w:pStyle w:val="ListBullet"/>
      </w:pPr>
      <w:r>
        <w:t>Hoofdstuk 6: Discussie.</w:t>
      </w:r>
    </w:p>
    <w:p>
      <w:pPr>
        <w:pStyle w:val="ListBullet"/>
      </w:pPr>
      <w:r>
        <w:t>Hoofdstuk 7: Aanbevelingen.</w:t>
      </w:r>
    </w:p>
    <w:p>
      <w:pPr>
        <w:pStyle w:val="ListBullet"/>
      </w:pPr>
      <w:r>
        <w:t>Sluit af met een zin die de lezer enthousiast maakt voor het vervolg van het rapport.</w:t>
      </w:r>
    </w:p>
    <w:p>
      <w:pPr>
        <w:pStyle w:val="ListBullet"/>
      </w:pPr>
      <w:r>
        <w:t>Werk inhoudelijk onderbouwd en voldoende uitgebreid. Gebruik bestaande, controleerbare en relevante bronnen; verzin geen publicaties.</w:t>
      </w:r>
    </w:p>
    <w:sectPr w:rsidR="00FC693F" w:rsidRPr="0006063C" w:rsidSect="00034616">
      <w:headerReference w:type="default" r:id="rId9"/>
      <w:footerReference w:type="default" r:id="rId10"/>
      <w:pgSz w:w="12240" w:h="15840"/>
      <w:pgMar w:top="1037"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Hoofdstuk 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Scriptie schrijven met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9" w:lineRule="auto"/>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line="259" w:lineRule="auto"/>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259" w:lineRule="auto"/>
      <w:outlineLvl w:val="2"/>
    </w:pPr>
    <w:rPr>
      <w:rFonts w:asciiTheme="majorHAnsi" w:eastAsiaTheme="majorEastAsia" w:hAnsiTheme="majorHAnsi" w:cstheme="majorBidi" w:ascii="Calibri" w:hAnsi="Calibri" w:eastAsia="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59" w:lineRule="auto"/>
      <w:contextualSpacing/>
    </w:pPr>
    <w:rPr>
      <w:rFonts w:asciiTheme="majorHAnsi" w:eastAsiaTheme="majorEastAsia" w:hAnsiTheme="majorHAnsi" w:cstheme="majorBidi" w:ascii="Calibri" w:hAnsi="Calibri" w:eastAsia="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pPr>
    <w:rPr>
      <w:rFonts w:asciiTheme="majorHAnsi" w:eastAsiaTheme="majorEastAsia" w:hAnsiTheme="majorHAnsi" w:cstheme="majorBidi" w:ascii="Calibri" w:hAnsi="Calibri" w:eastAsia="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eastAsia="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1 Inleiding</dc:title>
  <dc:subject>Hoofdstukbijlage voor de scriptieprompt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