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Hoofdstuk 6 Discussie</w:t>
      </w:r>
    </w:p>
    <w:p>
      <w:r>
        <w:t>Bijlage met instructies voor de opzet en uitwerking van dit hoofdstuk. Gebruik deze samen met de vaste scriptieprompt en het eigen onderzoeksmateriaal.</w:t>
      </w:r>
    </w:p>
    <w:p>
      <w:r>
        <w:t>Onderbouw interpretaties vanuit de eerder beschreven resultaten en passende literatuur. Beschrijf beperkingen concreet en geef aan wat ze voor de reikwijdte van de conclusies betekenen.</w:t>
      </w:r>
    </w:p>
    <w:p>
      <w:pPr>
        <w:pStyle w:val="Heading1"/>
      </w:pPr>
      <w:r>
        <w:t>6.1 Inleiding</w:t>
      </w:r>
    </w:p>
    <w:p>
      <w:pPr>
        <w:pStyle w:val="ListBullet"/>
      </w:pPr>
      <w:r>
        <w:t>Begin met een korte herhaling van de doelstellingen van het onderzoek.</w:t>
      </w:r>
    </w:p>
    <w:p>
      <w:pPr>
        <w:pStyle w:val="ListBullet"/>
      </w:pPr>
      <w:r>
        <w:t>Geef een overzicht van wat de lezer in dit hoofdstuk kan verwachten.</w:t>
      </w:r>
    </w:p>
    <w:p>
      <w:pPr>
        <w:pStyle w:val="Heading1"/>
      </w:pPr>
      <w:r>
        <w:t>6.2 Interpretaties van de Resultaten</w:t>
      </w:r>
    </w:p>
    <w:p>
      <w:pPr>
        <w:pStyle w:val="ListBullet"/>
      </w:pPr>
      <w:r>
        <w:t>Bespreek de mogelijke interpretaties van de resultaten, waarbij je ook de verschillen en overeenkomsten tussen de resultaten benadrukt.</w:t>
      </w:r>
    </w:p>
    <w:p>
      <w:pPr>
        <w:pStyle w:val="ListBullet"/>
      </w:pPr>
      <w:r>
        <w:t>Geef verschillende perspectieven op de resultaten, vooral als deze voor meerdere interpretaties vatbaar zijn.</w:t>
      </w:r>
    </w:p>
    <w:p>
      <w:pPr>
        <w:pStyle w:val="ListBullet"/>
      </w:pPr>
      <w:r>
        <w:t>Verwijs naar relevante literatuur om de interpretaties te ondersteunen en de resultaten in context te plaatsen.</w:t>
      </w:r>
    </w:p>
    <w:p>
      <w:pPr>
        <w:pStyle w:val="Heading1"/>
      </w:pPr>
      <w:r>
        <w:t>6.3 Betrouwbaarheid en Validiteit</w:t>
      </w:r>
    </w:p>
    <w:p>
      <w:pPr>
        <w:pStyle w:val="ListBullet"/>
      </w:pPr>
      <w:r>
        <w:t>Beoordeel de betrouwbaarheid van de onderzoeksresultaten door te reflecteren op de gebruikte methoden.</w:t>
      </w:r>
    </w:p>
    <w:p>
      <w:pPr>
        <w:pStyle w:val="ListBullet"/>
      </w:pPr>
      <w:r>
        <w:t>Bespreek in hoeverre de resultaten geldig zijn en of er factoren zijn die de validiteit mogelijk hebben beïnvloed.</w:t>
      </w:r>
    </w:p>
    <w:p>
      <w:pPr>
        <w:pStyle w:val="ListBullet"/>
      </w:pPr>
      <w:r>
        <w:t>Verwijs naar methodologische beperkingen en hoe deze de uitkomsten zouden kunnen hebben beïnvloed.</w:t>
      </w:r>
    </w:p>
    <w:p>
      <w:pPr>
        <w:pStyle w:val="Heading1"/>
      </w:pPr>
      <w:r>
        <w:t>6.4 Beperkingen van het Onderzoek</w:t>
      </w:r>
    </w:p>
    <w:p>
      <w:pPr>
        <w:pStyle w:val="ListBullet"/>
      </w:pPr>
      <w:r>
        <w:t>Benoem de belangrijkste beperkingen van het onderzoek, zoals beperkingen in de steekproef, de gebruikte methodologie, of andere relevante factoren.</w:t>
      </w:r>
    </w:p>
    <w:p>
      <w:pPr>
        <w:pStyle w:val="ListBullet"/>
      </w:pPr>
      <w:r>
        <w:t>Geef aan hoe deze beperkingen mogelijk invloed hebben gehad op de resultaten en de conclusies.</w:t>
      </w:r>
    </w:p>
    <w:p>
      <w:pPr>
        <w:pStyle w:val="Heading1"/>
      </w:pPr>
      <w:r>
        <w:t>6.5 Implicaties voor Theorie en Praktijk</w:t>
      </w:r>
    </w:p>
    <w:p>
      <w:pPr>
        <w:pStyle w:val="ListBullet"/>
      </w:pPr>
      <w:r>
        <w:t>Bespreek de theoretische implicaties van de bevindingen, met verwijzingen naar de literatuur die in hoofdstuk 2 is besproken.</w:t>
      </w:r>
    </w:p>
    <w:p>
      <w:pPr>
        <w:pStyle w:val="ListBullet"/>
      </w:pPr>
      <w:r>
        <w:t>Geef aan welke praktische implicaties de resultaten hebben, bijvoorbeeld voor beleidsmakers, professionals of andere stakeholders.</w:t>
      </w:r>
    </w:p>
    <w:p>
      <w:pPr>
        <w:pStyle w:val="Heading1"/>
      </w:pPr>
      <w:r>
        <w:t>6.6 Suggesties voor Vervolgonderzoek</w:t>
      </w:r>
    </w:p>
    <w:p>
      <w:pPr>
        <w:pStyle w:val="ListBullet"/>
      </w:pPr>
      <w:r>
        <w:t>Geef suggesties voor vervolgonderzoek, gebaseerd op de beperkingen en openstaande vragen die tijdens het onderzoek naar voren zijn gekomen.</w:t>
      </w:r>
    </w:p>
    <w:p>
      <w:pPr>
        <w:pStyle w:val="ListBullet"/>
      </w:pPr>
      <w:r>
        <w:t>Specificeer welke aspecten verder onderzocht zouden moeten worden en hoe toekomstig onderzoek kan bijdragen aan een vollediger begrip van het onderwerp.</w:t>
      </w:r>
    </w:p>
    <w:p>
      <w:pPr>
        <w:pStyle w:val="ListBullet"/>
      </w:pPr>
      <w:r>
        <w:t>Aandachtspunt: In de discussie is het belangrijk om kritisch te reflecteren op de resultaten en te overwegen welke implicaties en beperkingen ze hebben. Ondersteun je interpretaties met literatuur en wees expliciet over de betrouwbaarheid en validiteit van het onderzoek. Geef duidelijke suggesties voor vervolgonderzoek en maak de koppeling tussen theorie en praktijk inzichtelijk.</w:t>
      </w:r>
    </w:p>
    <w:sectPr w:rsidR="00FC693F" w:rsidRPr="0006063C" w:rsidSect="00034616">
      <w:headerReference w:type="default" r:id="rId9"/>
      <w:footerReference w:type="default" r:id="rId10"/>
      <w:pgSz w:w="12240" w:h="15840"/>
      <w:pgMar w:top="1037"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Hoofdstuk 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Scriptie schrijven met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Calibri" w:hAnsi="Calibri" w:eastAsia="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line="259" w:lineRule="auto"/>
      <w:outlineLvl w:val="1"/>
    </w:pPr>
    <w:rPr>
      <w:rFonts w:asciiTheme="majorHAnsi" w:eastAsiaTheme="majorEastAsia" w:hAnsiTheme="majorHAnsi" w:cstheme="majorBidi" w:ascii="Calibri" w:hAnsi="Calibri" w:eastAsia="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259" w:lineRule="auto"/>
      <w:outlineLvl w:val="2"/>
    </w:pPr>
    <w:rPr>
      <w:rFonts w:asciiTheme="majorHAnsi" w:eastAsiaTheme="majorEastAsia" w:hAnsiTheme="majorHAnsi" w:cstheme="majorBidi" w:ascii="Calibri" w:hAnsi="Calibri" w:eastAsia="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59" w:lineRule="auto"/>
      <w:contextualSpacing/>
    </w:pPr>
    <w:rPr>
      <w:rFonts w:asciiTheme="majorHAnsi" w:eastAsiaTheme="majorEastAsia" w:hAnsiTheme="majorHAnsi" w:cstheme="majorBidi" w:ascii="Calibri" w:hAnsi="Calibri" w:eastAsia="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Calibri" w:hAnsi="Calibri" w:eastAsia="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Calibri" w:hAnsi="Calibri" w:eastAsia="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Hoofdstuk 6 Discussie</dc:title>
  <dc:subject>Hoofdstukbijlage voor de scriptieprompt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